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="240" w:lineRule="auto"/>
        <w:jc w:val="center"/>
      </w:pPr>
      <w:r>
        <w:rPr>
          <w:rFonts w:ascii="Times New Roman" w:hAnsi="Times New Roman" w:eastAsia="Times New Roman"/>
          <w:sz w:val="28"/>
        </w:rPr>
        <w:t>Перечень учебных дисциплин, закреплённых за кафедрой в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3"/>
        <w:gridCol w:w="5213"/>
      </w:tblGrid>
      <w:tr>
        <w:trPr/>
        <w:tc>
          <w:tcPr>
            <w:tcW w:type="dxa" w:w="4535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28"/>
              </w:rPr>
              <w:t>Специальность</w:t>
            </w:r>
          </w:p>
        </w:tc>
        <w:tc>
          <w:tcPr>
            <w:tcW w:type="dxa" w:w="4535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28"/>
              </w:rPr>
              <w:t>Учебная дисциплина</w:t>
            </w:r>
          </w:p>
        </w:tc>
      </w:tr>
      <w:tr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1-31 01 01 Биология (по направлениям)</w:t>
            </w:r>
          </w:p>
        </w:tc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Методика преподавания биологии с основами воспитательной работы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Экология и рациональное природопользование</w:t>
            </w:r>
          </w:p>
        </w:tc>
      </w:tr>
      <w:tr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1-33 01 01 Биоэкология</w:t>
            </w:r>
          </w:p>
        </w:tc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Инновационные технологии в системе органического производства и переработки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Методика преподавания биологии и экологии с основами воспитательной работы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Радиоэкология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Спецпрактикум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Экологическая токсикология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Экологическая физиология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Экологический мониторинг, контроль и экспертиза</w:t>
            </w:r>
          </w:p>
        </w:tc>
      </w:tr>
      <w:tr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6-05-0511-01 Биология</w:t>
            </w:r>
          </w:p>
        </w:tc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Биологическая статистика</w:t>
            </w:r>
          </w:p>
        </w:tc>
      </w:tr>
      <w:tr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6-05-0511-05 Биоинженерия и биоинформатика</w:t>
            </w:r>
          </w:p>
        </w:tc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Анализ биологических последовательностей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Аннотация геномов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Введение в специальность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Взаимодействие геномов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Статистический анализ данных биологических исследований</w:t>
            </w:r>
          </w:p>
        </w:tc>
      </w:tr>
      <w:tr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6-05-0511-06 Биотехнология</w:t>
            </w:r>
          </w:p>
        </w:tc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Биологическая статистика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Биотехнология животных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Экология и рациональное природопользование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Основы растениеводства и животноводства</w:t>
            </w:r>
          </w:p>
        </w:tc>
      </w:tr>
      <w:tr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6-05-0521-01 Экология</w:t>
            </w:r>
          </w:p>
        </w:tc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Биоиндикация качества природной среды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Биологическая статистика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Биотический круговорот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Введение в энвайронментологию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Гидроэкология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История экологии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Ландшафтная экология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Мониторинг экосистем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Общая экология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Основы биологической информатики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Особо охраняемые территории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Популяционная экология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Почвенные ресурсы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Прикладная экология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Спецпрактикум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Эволюция геномов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Экологическая химия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Экологические основы использования природных ресурсов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Экология городской среды</w:t>
            </w:r>
          </w:p>
        </w:tc>
      </w:tr>
      <w:tr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7-05-0511-01 Биология</w:t>
            </w:r>
          </w:p>
        </w:tc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Популяции: экология и управление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Научно-исследовательский семинар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Принципы управления биологическими ресурсами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Энвайронментология</w:t>
            </w:r>
          </w:p>
        </w:tc>
      </w:tr>
      <w:tr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7-06-0511-05 Биоинформатика</w:t>
            </w:r>
          </w:p>
        </w:tc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Актуальные вопросы биоинформатики и информационной биологии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Анализ геномов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Молекулярная и биохимическая эволюция живых систем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Научно-исследовательский семинар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Практикум по структурной и функциональной биоинформатике</w:t>
            </w:r>
          </w:p>
        </w:tc>
      </w:tr>
      <w:tr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7-06-0511-02 Биохимия</w:t>
            </w:r>
          </w:p>
        </w:tc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Научно-исследовательский семинар</w:t>
            </w:r>
          </w:p>
        </w:tc>
      </w:tr>
      <w:tr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7-06-0511-03 Микробиология</w:t>
            </w:r>
          </w:p>
        </w:tc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Научно-исследовательский семинар</w:t>
            </w:r>
          </w:p>
        </w:tc>
      </w:tr>
      <w:tr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7-07-0511-01 Фундаментальная и прикладная биотехнология</w:t>
            </w:r>
          </w:p>
        </w:tc>
        <w:tc>
          <w:tcPr>
            <w:tcW w:type="dxa" w:w="4535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start w:w="60" w:type="dxa"/>
              <w:bottom w:w="30" w:type="dxa"/>
              <w:end w:w="6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Биологическая статистика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 xml:space="preserve"> 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28"/>
              </w:rPr>
              <w:t>Биотехнология животных</w:t>
            </w:r>
          </w:p>
        </w:tc>
      </w:tr>
    </w:tbl>
    <w:sectPr w:rsidR="00FC693F" w:rsidRPr="0006063C" w:rsidSect="00034616">
      <w:pgSz w:w="12240" w:h="15840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