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/>
        <w:jc w:val="center"/>
      </w:pPr>
      <w:r>
        <w:rPr>
          <w:rFonts w:ascii="Times New Roman" w:hAnsi="Times New Roman" w:eastAsia="Times New Roman"/>
          <w:sz w:val="26"/>
        </w:rPr>
        <w:t>Перечень учебных дисциплин, закреплённых за кафедрой в 2025/2026 уч.г.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Специальность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Учебная дисциплина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6-05-0511-01 Биология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line="240" w:lineRule="auto" w:before="0" w:after="16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Зоология</w:t>
            </w:r>
          </w:p>
          <w:p>
            <w:pPr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Основы информационной биологии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6-05-0511-01 Биология (биоразнообразие)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line="240" w:lineRule="auto" w:before="0" w:after="16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Биогеография</w:t>
            </w:r>
          </w:p>
          <w:p>
            <w:pPr>
              <w:spacing w:line="240" w:lineRule="auto" w:before="0" w:after="16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Животный и растительный мир Беларуси</w:t>
            </w:r>
          </w:p>
          <w:p>
            <w:pPr>
              <w:spacing w:line="240" w:lineRule="auto" w:before="0" w:after="16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Избранные главы зоологии</w:t>
            </w:r>
          </w:p>
          <w:p>
            <w:pPr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Спецпрактикум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6-05-0511-02 Биохимия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Общая зоология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6-05-0511-03 Микробиология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line="240" w:lineRule="auto" w:before="0" w:after="16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Основы зоологии</w:t>
            </w:r>
          </w:p>
          <w:p>
            <w:pPr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Основы информационной биологии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6-05-0511-05 Биоинженерия и биоинформатика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Общая зоология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6-05-0511-06 Биотехнология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line="240" w:lineRule="auto" w:before="0" w:after="16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Общая зоология</w:t>
            </w:r>
          </w:p>
          <w:p>
            <w:pPr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Основы информационной биологии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6-05-0521-01 Экология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Зоология и экология животных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7-06-0511-01 Биология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line="240" w:lineRule="auto" w:before="0" w:after="16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Инвазионная биология</w:t>
            </w:r>
          </w:p>
          <w:p>
            <w:pPr>
              <w:spacing w:line="240" w:lineRule="auto" w:before="0" w:after="16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Методология биологических и экологических исследований</w:t>
            </w:r>
          </w:p>
          <w:p>
            <w:pPr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Популяции: экология и управление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7-06-0511-05 Биоинформатика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Таксономия и систематика живых систем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7-07-0511-01 Фундаментальная и прикладная биотехнология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line="240" w:lineRule="auto" w:before="0" w:after="16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Основы зоологии</w:t>
            </w:r>
          </w:p>
          <w:p>
            <w:pPr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Основы информационной биологии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1-31 01 01 Биология (по направлениям)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line="240" w:lineRule="auto" w:before="0" w:after="16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Аут- и синэкология животных</w:t>
            </w:r>
          </w:p>
          <w:p>
            <w:pPr>
              <w:spacing w:line="240" w:lineRule="auto" w:before="0" w:after="16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Ихтиология</w:t>
            </w:r>
          </w:p>
          <w:p>
            <w:pPr>
              <w:spacing w:line="240" w:lineRule="auto" w:before="0" w:after="16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Основы этологии</w:t>
            </w:r>
          </w:p>
          <w:p>
            <w:pPr>
              <w:spacing w:line="240" w:lineRule="auto" w:before="0" w:after="16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Паразитология</w:t>
            </w:r>
          </w:p>
          <w:p>
            <w:pPr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Спецпрактикум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1-31 01 04 Биоинженерия и биоинформатика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Филогеография</w:t>
            </w:r>
          </w:p>
        </w:tc>
      </w:tr>
    </w:tbl>
    <w:sectPr w:rsidR="00FC693F" w:rsidRPr="0006063C" w:rsidSect="00034616">
      <w:pgSz w:w="11906" w:h="16838"/>
      <w:pgMar w:top="1134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