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E8EF" w14:textId="77777777" w:rsidR="001A46D9" w:rsidRPr="003C07B5" w:rsidRDefault="00000000">
      <w:pPr>
        <w:spacing w:after="0"/>
        <w:jc w:val="center"/>
        <w:rPr>
          <w:lang w:val="ru-RU"/>
        </w:rPr>
      </w:pPr>
      <w:r w:rsidRPr="003C07B5">
        <w:rPr>
          <w:lang w:val="ru-RU"/>
        </w:rPr>
        <w:t xml:space="preserve">Тематика дипломных работ на 2025/2026 </w:t>
      </w:r>
      <w:proofErr w:type="spellStart"/>
      <w:r w:rsidRPr="003C07B5">
        <w:rPr>
          <w:lang w:val="ru-RU"/>
        </w:rPr>
        <w:t>уч.г</w:t>
      </w:r>
      <w:proofErr w:type="spellEnd"/>
      <w:r w:rsidRPr="003C07B5">
        <w:rPr>
          <w:lang w:val="ru-RU"/>
        </w:rPr>
        <w:t>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4"/>
        <w:gridCol w:w="6689"/>
      </w:tblGrid>
      <w:tr w:rsidR="001A46D9" w14:paraId="62C8C755" w14:textId="77777777">
        <w:trPr>
          <w:tblHeader/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09FDE7" w14:textId="77777777" w:rsidR="001A46D9" w:rsidRPr="003C07B5" w:rsidRDefault="00000000">
            <w:pPr>
              <w:spacing w:after="0" w:line="240" w:lineRule="auto"/>
              <w:jc w:val="center"/>
              <w:rPr>
                <w:lang w:val="ru-RU"/>
              </w:rPr>
            </w:pPr>
            <w:r w:rsidRPr="003C07B5">
              <w:rPr>
                <w:lang w:val="ru-RU"/>
              </w:rPr>
              <w:t>ФИО научного руководителя, ученая</w:t>
            </w:r>
          </w:p>
          <w:p w14:paraId="085E6209" w14:textId="77777777" w:rsidR="001A46D9" w:rsidRPr="003C07B5" w:rsidRDefault="00000000">
            <w:pPr>
              <w:spacing w:after="0" w:line="240" w:lineRule="auto"/>
              <w:jc w:val="center"/>
              <w:rPr>
                <w:lang w:val="ru-RU"/>
              </w:rPr>
            </w:pPr>
            <w:r w:rsidRPr="003C07B5">
              <w:rPr>
                <w:lang w:val="ru-RU"/>
              </w:rPr>
              <w:t>степень, звание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3A1F4" w14:textId="77777777" w:rsidR="001A46D9" w:rsidRDefault="00000000">
            <w:pPr>
              <w:spacing w:after="0" w:line="240" w:lineRule="auto"/>
              <w:jc w:val="center"/>
            </w:pPr>
            <w:proofErr w:type="spellStart"/>
            <w:r>
              <w:t>Темы</w:t>
            </w:r>
            <w:proofErr w:type="spellEnd"/>
          </w:p>
        </w:tc>
      </w:tr>
      <w:tr w:rsidR="001A46D9" w:rsidRPr="003C07B5" w14:paraId="40707204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402D6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Василенко </w:t>
            </w:r>
            <w:proofErr w:type="gramStart"/>
            <w:r w:rsidRPr="003C07B5">
              <w:rPr>
                <w:lang w:val="ru-RU"/>
              </w:rPr>
              <w:t>С.Л.</w:t>
            </w:r>
            <w:proofErr w:type="gramEnd"/>
            <w:r w:rsidRPr="003C07B5">
              <w:rPr>
                <w:lang w:val="ru-RU"/>
              </w:rPr>
              <w:t>, к.б.н. зав. кафедрой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3DA85B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Клонирование и экспрессия гена, кодирующего укороченный вариант белка </w:t>
            </w:r>
            <w:r>
              <w:t>E</w:t>
            </w:r>
            <w:r w:rsidRPr="003C07B5">
              <w:rPr>
                <w:lang w:val="ru-RU"/>
              </w:rPr>
              <w:t xml:space="preserve">2 вируса диареи крупного рогатого скота </w:t>
            </w:r>
            <w:proofErr w:type="gramStart"/>
            <w:r w:rsidRPr="003C07B5">
              <w:rPr>
                <w:lang w:val="ru-RU"/>
              </w:rPr>
              <w:t>1-ого</w:t>
            </w:r>
            <w:proofErr w:type="gramEnd"/>
            <w:r w:rsidRPr="003C07B5">
              <w:rPr>
                <w:lang w:val="ru-RU"/>
              </w:rPr>
              <w:t xml:space="preserve"> типа, в клетках </w:t>
            </w:r>
            <w:r>
              <w:t>Escherichia</w:t>
            </w:r>
            <w:r w:rsidRPr="003C07B5">
              <w:rPr>
                <w:lang w:val="ru-RU"/>
              </w:rPr>
              <w:t xml:space="preserve"> </w:t>
            </w:r>
            <w:r>
              <w:t>coli</w:t>
            </w:r>
          </w:p>
        </w:tc>
      </w:tr>
      <w:tr w:rsidR="001A46D9" w:rsidRPr="003C07B5" w14:paraId="12A69100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D2DDD1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proofErr w:type="spellStart"/>
            <w:r w:rsidRPr="003C07B5">
              <w:rPr>
                <w:lang w:val="ru-RU"/>
              </w:rPr>
              <w:t>Герловский</w:t>
            </w:r>
            <w:proofErr w:type="spellEnd"/>
            <w:r w:rsidRPr="003C07B5">
              <w:rPr>
                <w:lang w:val="ru-RU"/>
              </w:rPr>
              <w:t xml:space="preserve"> Д.О., к.х.н.,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833108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Использование </w:t>
            </w:r>
            <w:proofErr w:type="spellStart"/>
            <w:r w:rsidRPr="003C07B5">
              <w:rPr>
                <w:lang w:val="ru-RU"/>
              </w:rPr>
              <w:t>амилолитической</w:t>
            </w:r>
            <w:proofErr w:type="spellEnd"/>
            <w:r w:rsidRPr="003C07B5">
              <w:rPr>
                <w:lang w:val="ru-RU"/>
              </w:rPr>
              <w:t xml:space="preserve"> активности микроорганизмов для повышения эффективности действия композиций антимикробных препаратов</w:t>
            </w:r>
          </w:p>
          <w:p w14:paraId="18947704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0DDBBBC9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15577D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CA0984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Использование гидролитических ферментов микроорганизмов в сельском хозяйстве; Ферментативная и антимикробная активность ядов животных</w:t>
            </w:r>
          </w:p>
        </w:tc>
      </w:tr>
      <w:tr w:rsidR="001A46D9" w:rsidRPr="003C07B5" w14:paraId="3FFC812D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BFD5A7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Комар Е.И., ст. преподаватель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009D22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Получение рекомбинантного </w:t>
            </w:r>
            <w:r>
              <w:t>CHAP</w:t>
            </w:r>
            <w:r w:rsidRPr="003C07B5">
              <w:rPr>
                <w:lang w:val="ru-RU"/>
              </w:rPr>
              <w:t xml:space="preserve">-домена </w:t>
            </w:r>
            <w:proofErr w:type="spellStart"/>
            <w:r w:rsidRPr="003C07B5">
              <w:rPr>
                <w:lang w:val="ru-RU"/>
              </w:rPr>
              <w:t>виролизина</w:t>
            </w:r>
            <w:proofErr w:type="spellEnd"/>
            <w:r w:rsidRPr="003C07B5">
              <w:rPr>
                <w:lang w:val="ru-RU"/>
              </w:rPr>
              <w:t xml:space="preserve"> стрептококкового бактериофага </w:t>
            </w:r>
            <w:r>
              <w:t>B</w:t>
            </w:r>
            <w:r w:rsidRPr="003C07B5">
              <w:rPr>
                <w:lang w:val="ru-RU"/>
              </w:rPr>
              <w:t xml:space="preserve">30 в клетках бактерий </w:t>
            </w:r>
            <w:r>
              <w:t>Escherichia</w:t>
            </w:r>
            <w:r w:rsidRPr="003C07B5">
              <w:rPr>
                <w:lang w:val="ru-RU"/>
              </w:rPr>
              <w:t xml:space="preserve"> </w:t>
            </w:r>
            <w:r>
              <w:t>coli</w:t>
            </w:r>
          </w:p>
          <w:p w14:paraId="77743404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64C1A969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F481A0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1DAEA4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Выделение продуцентов </w:t>
            </w:r>
            <w:proofErr w:type="spellStart"/>
            <w:r w:rsidRPr="003C07B5">
              <w:rPr>
                <w:lang w:val="ru-RU"/>
              </w:rPr>
              <w:t>виолацеина</w:t>
            </w:r>
            <w:proofErr w:type="spellEnd"/>
            <w:r w:rsidRPr="003C07B5">
              <w:rPr>
                <w:lang w:val="ru-RU"/>
              </w:rPr>
              <w:t xml:space="preserve"> из естественных источников</w:t>
            </w:r>
          </w:p>
        </w:tc>
      </w:tr>
      <w:tr w:rsidR="001A46D9" w:rsidRPr="003C07B5" w14:paraId="52AB14FC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D0732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Кулешова </w:t>
            </w:r>
            <w:proofErr w:type="gramStart"/>
            <w:r w:rsidRPr="003C07B5">
              <w:rPr>
                <w:lang w:val="ru-RU"/>
              </w:rPr>
              <w:t>Ю.М.</w:t>
            </w:r>
            <w:proofErr w:type="gramEnd"/>
            <w:r w:rsidRPr="003C07B5">
              <w:rPr>
                <w:lang w:val="ru-RU"/>
              </w:rPr>
              <w:t>, к.б.н.,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59F223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Получение рекомбинантного свиного интерферона </w:t>
            </w:r>
            <w:r>
              <w:t>A</w:t>
            </w:r>
            <w:r w:rsidRPr="003C07B5">
              <w:rPr>
                <w:lang w:val="ru-RU"/>
              </w:rPr>
              <w:t>3</w:t>
            </w:r>
          </w:p>
        </w:tc>
      </w:tr>
      <w:tr w:rsidR="001A46D9" w:rsidRPr="003C07B5" w14:paraId="7BE24A40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50F373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82579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Получение конструкции для экспрессии гена, кодирующего белок </w:t>
            </w:r>
            <w:r>
              <w:t>E</w:t>
            </w:r>
            <w:r w:rsidRPr="003C07B5">
              <w:rPr>
                <w:lang w:val="ru-RU"/>
              </w:rPr>
              <w:t xml:space="preserve">2 вируса диареи крупного рогатого скота </w:t>
            </w:r>
            <w:proofErr w:type="gramStart"/>
            <w:r w:rsidRPr="003C07B5">
              <w:rPr>
                <w:lang w:val="ru-RU"/>
              </w:rPr>
              <w:t>1-ого</w:t>
            </w:r>
            <w:proofErr w:type="gramEnd"/>
            <w:r w:rsidRPr="003C07B5">
              <w:rPr>
                <w:lang w:val="ru-RU"/>
              </w:rPr>
              <w:t xml:space="preserve"> типа, под </w:t>
            </w:r>
            <w:proofErr w:type="spellStart"/>
            <w:r w:rsidRPr="003C07B5">
              <w:rPr>
                <w:lang w:val="ru-RU"/>
              </w:rPr>
              <w:t>рамнозным</w:t>
            </w:r>
            <w:proofErr w:type="spellEnd"/>
            <w:r w:rsidRPr="003C07B5">
              <w:rPr>
                <w:lang w:val="ru-RU"/>
              </w:rPr>
              <w:t xml:space="preserve"> промотором в клетках </w:t>
            </w:r>
            <w:r>
              <w:t>Escherichia</w:t>
            </w:r>
            <w:r w:rsidRPr="003C07B5">
              <w:rPr>
                <w:lang w:val="ru-RU"/>
              </w:rPr>
              <w:t xml:space="preserve"> </w:t>
            </w:r>
            <w:r>
              <w:t>coli</w:t>
            </w:r>
          </w:p>
        </w:tc>
      </w:tr>
      <w:tr w:rsidR="001A46D9" w:rsidRPr="003C07B5" w14:paraId="72532DFA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477B67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Мандрик М.И., к.б.н.,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395252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Использование отходов птицеводства в качестве стимуляторов процесса биоремедиации почвы, загрязненной углеводородами нефти</w:t>
            </w:r>
          </w:p>
          <w:p w14:paraId="5855E586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35971847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7CA06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AE5246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Характеристика антимикробной и стимулирующей рост растений активности бактерий </w:t>
            </w:r>
            <w:proofErr w:type="spellStart"/>
            <w:r>
              <w:t>Rhodococcus</w:t>
            </w:r>
            <w:proofErr w:type="spellEnd"/>
            <w:r w:rsidRPr="003C07B5">
              <w:rPr>
                <w:lang w:val="ru-RU"/>
              </w:rPr>
              <w:t xml:space="preserve"> </w:t>
            </w:r>
            <w:proofErr w:type="spellStart"/>
            <w:r>
              <w:t>pyridinivorans</w:t>
            </w:r>
            <w:proofErr w:type="spellEnd"/>
            <w:r w:rsidRPr="003C07B5">
              <w:rPr>
                <w:lang w:val="ru-RU"/>
              </w:rPr>
              <w:t xml:space="preserve"> 5</w:t>
            </w:r>
            <w:r>
              <w:t>Ap</w:t>
            </w:r>
          </w:p>
        </w:tc>
      </w:tr>
      <w:tr w:rsidR="001A46D9" w:rsidRPr="003C07B5" w14:paraId="1038319F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8B3543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proofErr w:type="spellStart"/>
            <w:r w:rsidRPr="003C07B5">
              <w:rPr>
                <w:lang w:val="ru-RU"/>
              </w:rPr>
              <w:t>Мямин</w:t>
            </w:r>
            <w:proofErr w:type="spellEnd"/>
            <w:r w:rsidRPr="003C07B5">
              <w:rPr>
                <w:lang w:val="ru-RU"/>
              </w:rPr>
              <w:t xml:space="preserve"> В.Е., к.б.н.,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BBD760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Физиолого-биохимическая характеристика почвенных микроорганизмов Восточной Антарктиды</w:t>
            </w:r>
          </w:p>
          <w:p w14:paraId="7786FA2B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1C17F89D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D4524A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9996C5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Изучение физиолого-биохимических свойств психрофильных дрожжей </w:t>
            </w:r>
            <w:proofErr w:type="spellStart"/>
            <w:r>
              <w:t>Glaciozyma</w:t>
            </w:r>
            <w:proofErr w:type="spellEnd"/>
            <w:r w:rsidRPr="003C07B5">
              <w:rPr>
                <w:lang w:val="ru-RU"/>
              </w:rPr>
              <w:t xml:space="preserve"> </w:t>
            </w:r>
            <w:r>
              <w:t>litoralis</w:t>
            </w:r>
            <w:r w:rsidRPr="003C07B5">
              <w:rPr>
                <w:lang w:val="ru-RU"/>
              </w:rPr>
              <w:t>; Выделение микроорганизмов-</w:t>
            </w:r>
            <w:proofErr w:type="spellStart"/>
            <w:r w:rsidRPr="003C07B5">
              <w:rPr>
                <w:lang w:val="ru-RU"/>
              </w:rPr>
              <w:t>нефтедеструкторов</w:t>
            </w:r>
            <w:proofErr w:type="spellEnd"/>
            <w:r w:rsidRPr="003C07B5">
              <w:rPr>
                <w:lang w:val="ru-RU"/>
              </w:rPr>
              <w:t xml:space="preserve"> из </w:t>
            </w:r>
            <w:proofErr w:type="spellStart"/>
            <w:r w:rsidRPr="003C07B5">
              <w:rPr>
                <w:lang w:val="ru-RU"/>
              </w:rPr>
              <w:t>орнитогенных</w:t>
            </w:r>
            <w:proofErr w:type="spellEnd"/>
            <w:r w:rsidRPr="003C07B5">
              <w:rPr>
                <w:lang w:val="ru-RU"/>
              </w:rPr>
              <w:t xml:space="preserve"> почв Антарктиды</w:t>
            </w:r>
          </w:p>
          <w:p w14:paraId="2A65BD32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11DDF1EA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A96385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5BBFE8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Выделение и свойства микроорганизмов-</w:t>
            </w:r>
            <w:proofErr w:type="spellStart"/>
            <w:r w:rsidRPr="003C07B5">
              <w:rPr>
                <w:lang w:val="ru-RU"/>
              </w:rPr>
              <w:t>нефтедеструкторов</w:t>
            </w:r>
            <w:proofErr w:type="spellEnd"/>
            <w:r w:rsidRPr="003C07B5">
              <w:rPr>
                <w:lang w:val="ru-RU"/>
              </w:rPr>
              <w:t xml:space="preserve"> из </w:t>
            </w:r>
            <w:proofErr w:type="spellStart"/>
            <w:r w:rsidRPr="003C07B5">
              <w:rPr>
                <w:lang w:val="ru-RU"/>
              </w:rPr>
              <w:t>неорнитогенных</w:t>
            </w:r>
            <w:proofErr w:type="spellEnd"/>
            <w:r w:rsidRPr="003C07B5">
              <w:rPr>
                <w:lang w:val="ru-RU"/>
              </w:rPr>
              <w:t xml:space="preserve"> почв Восточной Антарктиды</w:t>
            </w:r>
          </w:p>
        </w:tc>
      </w:tr>
      <w:tr w:rsidR="001A46D9" w:rsidRPr="003C07B5" w14:paraId="62DBEA19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964E31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Николайчик Е.А., к.б.н., зав. кафедрой</w:t>
            </w:r>
          </w:p>
          <w:p w14:paraId="43425969" w14:textId="77777777" w:rsidR="001A46D9" w:rsidRDefault="00000000">
            <w:pPr>
              <w:spacing w:after="0" w:line="240" w:lineRule="auto"/>
            </w:pPr>
            <w:proofErr w:type="spellStart"/>
            <w:r>
              <w:t>молекулярной</w:t>
            </w:r>
            <w:proofErr w:type="spellEnd"/>
            <w:r>
              <w:t xml:space="preserve"> </w:t>
            </w:r>
            <w:proofErr w:type="spellStart"/>
            <w:r>
              <w:t>биологии</w:t>
            </w:r>
            <w:proofErr w:type="spellEnd"/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6CE00B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Характеристика транскрипционного фактора </w:t>
            </w:r>
            <w:r>
              <w:t>OA</w:t>
            </w:r>
            <w:r w:rsidRPr="003C07B5">
              <w:rPr>
                <w:lang w:val="ru-RU"/>
              </w:rPr>
              <w:t xml:space="preserve">04_03480 бактерий </w:t>
            </w:r>
            <w:proofErr w:type="spellStart"/>
            <w:r>
              <w:t>Pectobacterium</w:t>
            </w:r>
            <w:proofErr w:type="spellEnd"/>
            <w:r w:rsidRPr="003C07B5">
              <w:rPr>
                <w:lang w:val="ru-RU"/>
              </w:rPr>
              <w:t xml:space="preserve"> </w:t>
            </w:r>
            <w:r>
              <w:t>versatile</w:t>
            </w:r>
          </w:p>
        </w:tc>
      </w:tr>
      <w:tr w:rsidR="001A46D9" w:rsidRPr="003C07B5" w14:paraId="5490B68F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0B4B3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Пучкова </w:t>
            </w:r>
            <w:proofErr w:type="gramStart"/>
            <w:r w:rsidRPr="003C07B5">
              <w:rPr>
                <w:lang w:val="ru-RU"/>
              </w:rPr>
              <w:t>Т.А.</w:t>
            </w:r>
            <w:proofErr w:type="gramEnd"/>
            <w:r w:rsidRPr="003C07B5">
              <w:rPr>
                <w:lang w:val="ru-RU"/>
              </w:rPr>
              <w:t>, к.б.н.,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12BBE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Распространение и свойства микроорганизмов, обитающих в пресноводных водоемах</w:t>
            </w:r>
          </w:p>
          <w:p w14:paraId="7B10F4EA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17B90333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B86809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9B3D8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Распространение, характеристика и значение фитопатогенных дереворазрушающих грибов</w:t>
            </w:r>
          </w:p>
          <w:p w14:paraId="137C042E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14:paraId="1E1A6035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BC6EA1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ED2907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proofErr w:type="spellStart"/>
            <w:r>
              <w:t>Биоповреждения</w:t>
            </w:r>
            <w:proofErr w:type="spellEnd"/>
            <w:r>
              <w:t xml:space="preserve"> </w:t>
            </w:r>
            <w:proofErr w:type="spellStart"/>
            <w:r>
              <w:t>материалов</w:t>
            </w:r>
            <w:proofErr w:type="spellEnd"/>
            <w:r>
              <w:t xml:space="preserve"> </w:t>
            </w:r>
            <w:proofErr w:type="spellStart"/>
            <w:r>
              <w:t>микроорганизмами</w:t>
            </w:r>
            <w:proofErr w:type="spellEnd"/>
          </w:p>
          <w:p w14:paraId="6AECEBAE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3A022666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E99D9A" w14:textId="77777777" w:rsidR="001A46D9" w:rsidRDefault="001A46D9">
            <w:pPr>
              <w:spacing w:after="0" w:line="240" w:lineRule="auto"/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16F3A9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Распространение, характеристика и методы диагностики бактериозов растений</w:t>
            </w:r>
          </w:p>
          <w:p w14:paraId="415020AB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2DBDEF24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87EE91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5C2666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Микроорганизмы, вызывающие порчу плодоовощной продукции при хранении</w:t>
            </w:r>
          </w:p>
          <w:p w14:paraId="1CD836E0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62AE5B1C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8C01A8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B59D86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Распространение и свойства фитопатогенных дереворазрушающих грибов</w:t>
            </w:r>
          </w:p>
          <w:p w14:paraId="1828721C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14:paraId="583C68DD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EA3130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DED7C" w14:textId="77777777" w:rsidR="001A46D9" w:rsidRDefault="00000000">
            <w:pPr>
              <w:spacing w:after="0" w:line="240" w:lineRule="auto"/>
            </w:pPr>
            <w:proofErr w:type="spellStart"/>
            <w:r>
              <w:t>Микроорганизмы</w:t>
            </w:r>
            <w:proofErr w:type="spellEnd"/>
            <w:r>
              <w:t xml:space="preserve"> – </w:t>
            </w:r>
            <w:proofErr w:type="spellStart"/>
            <w:r>
              <w:t>обитатели</w:t>
            </w:r>
            <w:proofErr w:type="spellEnd"/>
            <w:r>
              <w:t xml:space="preserve"> </w:t>
            </w:r>
            <w:proofErr w:type="spellStart"/>
            <w:r>
              <w:t>пресноводных</w:t>
            </w:r>
            <w:proofErr w:type="spellEnd"/>
            <w:r>
              <w:t xml:space="preserve"> водоемов</w:t>
            </w:r>
          </w:p>
        </w:tc>
      </w:tr>
      <w:tr w:rsidR="001A46D9" w:rsidRPr="003C07B5" w14:paraId="28348717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8FD6AE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Сидоров </w:t>
            </w:r>
            <w:proofErr w:type="gramStart"/>
            <w:r w:rsidRPr="003C07B5">
              <w:rPr>
                <w:lang w:val="ru-RU"/>
              </w:rPr>
              <w:t>А.В.</w:t>
            </w:r>
            <w:proofErr w:type="gramEnd"/>
            <w:r w:rsidRPr="003C07B5">
              <w:rPr>
                <w:lang w:val="ru-RU"/>
              </w:rPr>
              <w:t>, д.б.н., профессор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B965F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Оценка потенциального </w:t>
            </w:r>
            <w:proofErr w:type="spellStart"/>
            <w:r w:rsidRPr="003C07B5">
              <w:rPr>
                <w:lang w:val="ru-RU"/>
              </w:rPr>
              <w:t>бактериотоксического</w:t>
            </w:r>
            <w:proofErr w:type="spellEnd"/>
            <w:r w:rsidRPr="003C07B5">
              <w:rPr>
                <w:lang w:val="ru-RU"/>
              </w:rPr>
              <w:t xml:space="preserve"> эффекта ряда аминокислотных нейромедиаторов</w:t>
            </w:r>
          </w:p>
        </w:tc>
      </w:tr>
      <w:tr w:rsidR="001A46D9" w:rsidRPr="003C07B5" w14:paraId="6984FD78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2F4943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Сидорова </w:t>
            </w:r>
            <w:proofErr w:type="gramStart"/>
            <w:r w:rsidRPr="003C07B5">
              <w:rPr>
                <w:lang w:val="ru-RU"/>
              </w:rPr>
              <w:t>С.Г.</w:t>
            </w:r>
            <w:proofErr w:type="gramEnd"/>
            <w:r w:rsidRPr="003C07B5">
              <w:rPr>
                <w:lang w:val="ru-RU"/>
              </w:rPr>
              <w:t>, к.б.н.,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1A42E3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proofErr w:type="spellStart"/>
            <w:r w:rsidRPr="003C07B5">
              <w:rPr>
                <w:lang w:val="ru-RU"/>
              </w:rPr>
              <w:t>Антифунгальная</w:t>
            </w:r>
            <w:proofErr w:type="spellEnd"/>
            <w:r w:rsidRPr="003C07B5">
              <w:rPr>
                <w:lang w:val="ru-RU"/>
              </w:rPr>
              <w:t xml:space="preserve"> активность бактерий </w:t>
            </w:r>
            <w:r>
              <w:t>pp</w:t>
            </w:r>
            <w:r w:rsidRPr="003C07B5">
              <w:rPr>
                <w:lang w:val="ru-RU"/>
              </w:rPr>
              <w:t xml:space="preserve">. </w:t>
            </w:r>
            <w:r>
              <w:t>Bacillus</w:t>
            </w:r>
            <w:r w:rsidRPr="003C07B5">
              <w:rPr>
                <w:lang w:val="ru-RU"/>
              </w:rPr>
              <w:t xml:space="preserve"> и </w:t>
            </w:r>
            <w:r>
              <w:t>Pseudomonas</w:t>
            </w:r>
            <w:r w:rsidRPr="003C07B5">
              <w:rPr>
                <w:lang w:val="ru-RU"/>
              </w:rPr>
              <w:t xml:space="preserve"> в отношении возбудителей фузариозов хлебных злаков </w:t>
            </w:r>
            <w:r>
              <w:t>I</w:t>
            </w:r>
            <w:r w:rsidRPr="003C07B5">
              <w:rPr>
                <w:lang w:val="ru-RU"/>
              </w:rPr>
              <w:t xml:space="preserve"> группы</w:t>
            </w:r>
          </w:p>
        </w:tc>
      </w:tr>
      <w:tr w:rsidR="001A46D9" w:rsidRPr="003C07B5" w14:paraId="4158C621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FCD0DE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Шавель М.И., ст. преподаватель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708987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Характеристика бактерий рода </w:t>
            </w:r>
            <w:r>
              <w:t>Pseudomonas</w:t>
            </w:r>
            <w:r w:rsidRPr="003C07B5">
              <w:rPr>
                <w:lang w:val="ru-RU"/>
              </w:rPr>
              <w:t>, вызывающих заболевания плодовых культур</w:t>
            </w:r>
          </w:p>
          <w:p w14:paraId="56E59A2E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3CE810C0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B5BDA7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396518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Характеристика бактерии рода </w:t>
            </w:r>
            <w:proofErr w:type="spellStart"/>
            <w:r>
              <w:t>Pectobacterium</w:t>
            </w:r>
            <w:proofErr w:type="spellEnd"/>
            <w:r w:rsidRPr="003C07B5">
              <w:rPr>
                <w:lang w:val="ru-RU"/>
              </w:rPr>
              <w:t xml:space="preserve"> как возбудителей заболеваний картофеля</w:t>
            </w:r>
          </w:p>
        </w:tc>
      </w:tr>
      <w:tr w:rsidR="001A46D9" w:rsidRPr="003C07B5" w14:paraId="29880280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D77715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proofErr w:type="spellStart"/>
            <w:r w:rsidRPr="003C07B5">
              <w:rPr>
                <w:lang w:val="ru-RU"/>
              </w:rPr>
              <w:t>Шапчиц</w:t>
            </w:r>
            <w:proofErr w:type="spellEnd"/>
            <w:r w:rsidRPr="003C07B5">
              <w:rPr>
                <w:lang w:val="ru-RU"/>
              </w:rPr>
              <w:t xml:space="preserve"> М.П., к.б.н.,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003898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Влияние микробиологической ферментации на содержание фенольных соединений и свободных аминокислот в растительных экстрактах</w:t>
            </w:r>
          </w:p>
        </w:tc>
      </w:tr>
      <w:tr w:rsidR="001A46D9" w:rsidRPr="003C07B5" w14:paraId="7B554A70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D4B5D3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Найденко Инна Александровна, к.б.н., </w:t>
            </w:r>
            <w:proofErr w:type="spellStart"/>
            <w:r w:rsidRPr="003C07B5">
              <w:rPr>
                <w:lang w:val="ru-RU"/>
              </w:rPr>
              <w:t>в.н.с</w:t>
            </w:r>
            <w:proofErr w:type="spellEnd"/>
            <w:r w:rsidRPr="003C07B5">
              <w:rPr>
                <w:lang w:val="ru-RU"/>
              </w:rPr>
              <w:t>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504AE0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Культивирование молочнокислых бактерий на питательных средах, содержащих соевую мелассу</w:t>
            </w:r>
          </w:p>
        </w:tc>
      </w:tr>
      <w:tr w:rsidR="001A46D9" w:rsidRPr="003C07B5" w14:paraId="217AFE0B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15AD71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Семашко Татьяна Владимировна, к.б.н.,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AB7A2D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Скрининг и характеристика штаммов микроорганизмов, способных к синтезу оксидазы </w:t>
            </w:r>
            <w:r>
              <w:t>D</w:t>
            </w:r>
            <w:r w:rsidRPr="003C07B5">
              <w:rPr>
                <w:lang w:val="ru-RU"/>
              </w:rPr>
              <w:t>-аминокислот</w:t>
            </w:r>
          </w:p>
        </w:tc>
      </w:tr>
      <w:tr w:rsidR="001A46D9" w:rsidRPr="003C07B5" w14:paraId="34185446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70C2D8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Сидоренко Анастасия Вячеславовна, к.б.н.,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74492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Физиолого-биохимическая характеристика штамма </w:t>
            </w:r>
            <w:proofErr w:type="spellStart"/>
            <w:r>
              <w:t>Cutibacterium</w:t>
            </w:r>
            <w:proofErr w:type="spellEnd"/>
            <w:r w:rsidRPr="003C07B5">
              <w:rPr>
                <w:lang w:val="ru-RU"/>
              </w:rPr>
              <w:t xml:space="preserve"> </w:t>
            </w:r>
            <w:r>
              <w:t>acnes</w:t>
            </w:r>
            <w:r w:rsidRPr="003C07B5">
              <w:rPr>
                <w:lang w:val="ru-RU"/>
              </w:rPr>
              <w:t xml:space="preserve"> как представителя микробиоты кожи человека</w:t>
            </w:r>
          </w:p>
          <w:p w14:paraId="2EEF7997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2285CFDE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65C0AC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9D45A5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proofErr w:type="spellStart"/>
            <w:r w:rsidRPr="003C07B5">
              <w:rPr>
                <w:lang w:val="ru-RU"/>
              </w:rPr>
              <w:t>Антибиотикоустойчивость</w:t>
            </w:r>
            <w:proofErr w:type="spellEnd"/>
            <w:r w:rsidRPr="003C07B5">
              <w:rPr>
                <w:lang w:val="ru-RU"/>
              </w:rPr>
              <w:t xml:space="preserve"> бактерий, обитающих в пресноводных водоемах</w:t>
            </w:r>
          </w:p>
        </w:tc>
      </w:tr>
      <w:tr w:rsidR="001A46D9" w:rsidRPr="003C07B5" w14:paraId="04C5D81A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8433F8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proofErr w:type="spellStart"/>
            <w:r w:rsidRPr="003C07B5">
              <w:rPr>
                <w:lang w:val="ru-RU"/>
              </w:rPr>
              <w:t>Валентович</w:t>
            </w:r>
            <w:proofErr w:type="spellEnd"/>
            <w:r w:rsidRPr="003C07B5">
              <w:rPr>
                <w:lang w:val="ru-RU"/>
              </w:rPr>
              <w:t xml:space="preserve"> Леонид Николаевич, к.б.н.,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CA6D0A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Молекулярно-генетическая характеристика </w:t>
            </w:r>
            <w:proofErr w:type="spellStart"/>
            <w:r>
              <w:t>gvg</w:t>
            </w:r>
            <w:proofErr w:type="spellEnd"/>
            <w:r w:rsidRPr="003C07B5">
              <w:rPr>
                <w:lang w:val="ru-RU"/>
              </w:rPr>
              <w:t>-</w:t>
            </w:r>
            <w:r>
              <w:t>F</w:t>
            </w:r>
            <w:r w:rsidRPr="003C07B5">
              <w:rPr>
                <w:lang w:val="ru-RU"/>
              </w:rPr>
              <w:t xml:space="preserve">-положительных бактерий рода </w:t>
            </w:r>
            <w:r>
              <w:t>Pseudomonas</w:t>
            </w:r>
            <w:r w:rsidRPr="003C07B5">
              <w:rPr>
                <w:lang w:val="ru-RU"/>
              </w:rPr>
              <w:t xml:space="preserve"> и анализ их антимикробных свойств</w:t>
            </w:r>
          </w:p>
        </w:tc>
      </w:tr>
      <w:tr w:rsidR="001A46D9" w:rsidRPr="003C07B5" w14:paraId="4EB73506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002228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Семейко Галина Валерьевна, к.б.н.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2B21A9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Установление типа и субтипа </w:t>
            </w:r>
            <w:proofErr w:type="spellStart"/>
            <w:r w:rsidRPr="003C07B5">
              <w:rPr>
                <w:lang w:val="ru-RU"/>
              </w:rPr>
              <w:t>шигатоксина</w:t>
            </w:r>
            <w:proofErr w:type="spellEnd"/>
            <w:r w:rsidRPr="003C07B5">
              <w:rPr>
                <w:lang w:val="ru-RU"/>
              </w:rPr>
              <w:t xml:space="preserve"> </w:t>
            </w:r>
            <w:r>
              <w:t>STEC</w:t>
            </w:r>
            <w:r w:rsidRPr="003C07B5">
              <w:rPr>
                <w:lang w:val="ru-RU"/>
              </w:rPr>
              <w:t xml:space="preserve"> у детей с острыми кишечными инфекциями и гемолитико-</w:t>
            </w:r>
            <w:proofErr w:type="spellStart"/>
            <w:r w:rsidRPr="003C07B5">
              <w:rPr>
                <w:lang w:val="ru-RU"/>
              </w:rPr>
              <w:t>уретическим</w:t>
            </w:r>
            <w:proofErr w:type="spellEnd"/>
            <w:r w:rsidRPr="003C07B5">
              <w:rPr>
                <w:lang w:val="ru-RU"/>
              </w:rPr>
              <w:t xml:space="preserve"> синдромом</w:t>
            </w:r>
          </w:p>
        </w:tc>
      </w:tr>
      <w:tr w:rsidR="001A46D9" w:rsidRPr="003C07B5" w14:paraId="73210BF8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79FED8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Щемелева Наталья Юрьевна, </w:t>
            </w:r>
            <w:proofErr w:type="spellStart"/>
            <w:r w:rsidRPr="003C07B5">
              <w:rPr>
                <w:lang w:val="ru-RU"/>
              </w:rPr>
              <w:lastRenderedPageBreak/>
              <w:t>к.вет.н</w:t>
            </w:r>
            <w:proofErr w:type="spellEnd"/>
            <w:r w:rsidRPr="003C07B5">
              <w:rPr>
                <w:lang w:val="ru-RU"/>
              </w:rPr>
              <w:t>.,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32923E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lastRenderedPageBreak/>
              <w:t xml:space="preserve">Особенности влияния </w:t>
            </w:r>
            <w:proofErr w:type="spellStart"/>
            <w:r w:rsidRPr="003C07B5">
              <w:rPr>
                <w:lang w:val="ru-RU"/>
              </w:rPr>
              <w:t>бластцист</w:t>
            </w:r>
            <w:proofErr w:type="spellEnd"/>
            <w:r w:rsidRPr="003C07B5">
              <w:rPr>
                <w:lang w:val="ru-RU"/>
              </w:rPr>
              <w:t xml:space="preserve"> на организм телят и </w:t>
            </w:r>
            <w:r w:rsidRPr="003C07B5">
              <w:rPr>
                <w:lang w:val="ru-RU"/>
              </w:rPr>
              <w:lastRenderedPageBreak/>
              <w:t>усовершенствование методов диагностики</w:t>
            </w:r>
          </w:p>
        </w:tc>
      </w:tr>
      <w:tr w:rsidR="001A46D9" w14:paraId="2AE1DE38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D512D1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lastRenderedPageBreak/>
              <w:t>Архипова Наталья Вячеславовна, к.б.н.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FC127" w14:textId="77777777" w:rsidR="001A46D9" w:rsidRDefault="00000000">
            <w:pPr>
              <w:spacing w:after="0" w:line="240" w:lineRule="auto"/>
            </w:pPr>
            <w:proofErr w:type="spellStart"/>
            <w:r>
              <w:t>Микроорганизмы</w:t>
            </w:r>
            <w:proofErr w:type="spellEnd"/>
            <w:r>
              <w:t xml:space="preserve"> - </w:t>
            </w:r>
            <w:proofErr w:type="spellStart"/>
            <w:r>
              <w:t>симбионты</w:t>
            </w:r>
            <w:proofErr w:type="spellEnd"/>
            <w:r>
              <w:t xml:space="preserve"> </w:t>
            </w:r>
            <w:proofErr w:type="spellStart"/>
            <w:r>
              <w:t>кишечника</w:t>
            </w:r>
            <w:proofErr w:type="spellEnd"/>
            <w:r>
              <w:t xml:space="preserve"> пчёл</w:t>
            </w:r>
          </w:p>
        </w:tc>
      </w:tr>
      <w:tr w:rsidR="001A46D9" w14:paraId="6A796FCC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16D725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proofErr w:type="spellStart"/>
            <w:r w:rsidRPr="003C07B5">
              <w:rPr>
                <w:lang w:val="ru-RU"/>
              </w:rPr>
              <w:t>Полохович</w:t>
            </w:r>
            <w:proofErr w:type="spellEnd"/>
            <w:r w:rsidRPr="003C07B5">
              <w:rPr>
                <w:lang w:val="ru-RU"/>
              </w:rPr>
              <w:t xml:space="preserve"> Юлия Владимировна, к.б.н.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488740" w14:textId="77777777" w:rsidR="001A46D9" w:rsidRDefault="00000000">
            <w:pPr>
              <w:spacing w:after="0" w:line="240" w:lineRule="auto"/>
            </w:pPr>
            <w:proofErr w:type="spellStart"/>
            <w:r>
              <w:t>Метагеномное</w:t>
            </w:r>
            <w:proofErr w:type="spellEnd"/>
            <w:r>
              <w:t xml:space="preserve"> </w:t>
            </w:r>
            <w:proofErr w:type="spellStart"/>
            <w:r>
              <w:t>секвенирование</w:t>
            </w:r>
            <w:proofErr w:type="spellEnd"/>
          </w:p>
        </w:tc>
      </w:tr>
      <w:tr w:rsidR="001A46D9" w:rsidRPr="003C07B5" w14:paraId="11903ECC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C2E53C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proofErr w:type="spellStart"/>
            <w:r w:rsidRPr="003C07B5">
              <w:rPr>
                <w:lang w:val="ru-RU"/>
              </w:rPr>
              <w:t>Субоч</w:t>
            </w:r>
            <w:proofErr w:type="spellEnd"/>
            <w:r w:rsidRPr="003C07B5">
              <w:rPr>
                <w:lang w:val="ru-RU"/>
              </w:rPr>
              <w:t xml:space="preserve"> Елена Ивановна, </w:t>
            </w:r>
            <w:proofErr w:type="gramStart"/>
            <w:r w:rsidRPr="003C07B5">
              <w:rPr>
                <w:lang w:val="ru-RU"/>
              </w:rPr>
              <w:t>к.м.н.</w:t>
            </w:r>
            <w:proofErr w:type="gramEnd"/>
            <w:r w:rsidRPr="003C07B5">
              <w:rPr>
                <w:lang w:val="ru-RU"/>
              </w:rPr>
              <w:t>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11FDE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Молекулярные механизмы резистентности к таргетной терапии при раке лёгкого</w:t>
            </w:r>
          </w:p>
        </w:tc>
      </w:tr>
      <w:tr w:rsidR="001A46D9" w14:paraId="7413F4A4" w14:textId="77777777">
        <w:trPr>
          <w:jc w:val="center"/>
        </w:trPr>
        <w:tc>
          <w:tcPr>
            <w:tcW w:w="10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C5E5F6" w14:textId="77777777" w:rsidR="001A46D9" w:rsidRDefault="00000000">
            <w:pPr>
              <w:spacing w:after="0" w:line="240" w:lineRule="auto"/>
            </w:pPr>
            <w:proofErr w:type="spellStart"/>
            <w:r>
              <w:t>Заочное</w:t>
            </w:r>
            <w:proofErr w:type="spellEnd"/>
            <w:r>
              <w:t xml:space="preserve"> </w:t>
            </w:r>
            <w:proofErr w:type="spellStart"/>
            <w:r>
              <w:t>отделение</w:t>
            </w:r>
            <w:proofErr w:type="spellEnd"/>
            <w:r>
              <w:t xml:space="preserve"> 5 </w:t>
            </w:r>
            <w:proofErr w:type="spellStart"/>
            <w:r>
              <w:t>курс</w:t>
            </w:r>
            <w:proofErr w:type="spellEnd"/>
          </w:p>
        </w:tc>
      </w:tr>
      <w:tr w:rsidR="001A46D9" w:rsidRPr="003C07B5" w14:paraId="2B252E4C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9D3575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Василенко </w:t>
            </w:r>
            <w:proofErr w:type="gramStart"/>
            <w:r w:rsidRPr="003C07B5">
              <w:rPr>
                <w:lang w:val="ru-RU"/>
              </w:rPr>
              <w:t>С.Л.</w:t>
            </w:r>
            <w:proofErr w:type="gramEnd"/>
            <w:r w:rsidRPr="003C07B5">
              <w:rPr>
                <w:lang w:val="ru-RU"/>
              </w:rPr>
              <w:t>, к.б.н., зав. кафедрой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18A956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Характеристика свойств дрожжей, важных для их использования при производстве пива</w:t>
            </w:r>
          </w:p>
        </w:tc>
      </w:tr>
      <w:tr w:rsidR="001A46D9" w:rsidRPr="003C07B5" w14:paraId="5D6D5F0F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DDC38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proofErr w:type="spellStart"/>
            <w:r w:rsidRPr="003C07B5">
              <w:rPr>
                <w:lang w:val="ru-RU"/>
              </w:rPr>
              <w:t>Герловский</w:t>
            </w:r>
            <w:proofErr w:type="spellEnd"/>
            <w:r w:rsidRPr="003C07B5">
              <w:rPr>
                <w:lang w:val="ru-RU"/>
              </w:rPr>
              <w:t xml:space="preserve"> Д.О., к.х.н.,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A63C8B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Форменные элементы крови и динамика их количественных показателей, вызванная различными заболеваниями; Методы идентификации и статистика заболеваемости </w:t>
            </w:r>
            <w:r>
              <w:t>Covid</w:t>
            </w:r>
            <w:r w:rsidRPr="003C07B5">
              <w:rPr>
                <w:lang w:val="ru-RU"/>
              </w:rPr>
              <w:t>-19 по центральному району г. Минска</w:t>
            </w:r>
          </w:p>
        </w:tc>
      </w:tr>
      <w:tr w:rsidR="001A46D9" w:rsidRPr="003C07B5" w14:paraId="5D43C579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E4B5FD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Грибанова </w:t>
            </w:r>
            <w:proofErr w:type="gramStart"/>
            <w:r w:rsidRPr="003C07B5">
              <w:rPr>
                <w:lang w:val="ru-RU"/>
              </w:rPr>
              <w:t>Е.А.</w:t>
            </w:r>
            <w:proofErr w:type="gramEnd"/>
            <w:r w:rsidRPr="003C07B5">
              <w:rPr>
                <w:lang w:val="ru-RU"/>
              </w:rPr>
              <w:t>, ст. преподаватель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268833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Улучшение промышленных штаммов дрожжей: использование природного и искусственного разнообразия</w:t>
            </w:r>
          </w:p>
        </w:tc>
      </w:tr>
      <w:tr w:rsidR="001A46D9" w:rsidRPr="003C07B5" w14:paraId="5416A26C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FB8E99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Игнатенко </w:t>
            </w:r>
            <w:proofErr w:type="gramStart"/>
            <w:r w:rsidRPr="003C07B5">
              <w:rPr>
                <w:lang w:val="ru-RU"/>
              </w:rPr>
              <w:t>Е.И.</w:t>
            </w:r>
            <w:proofErr w:type="gramEnd"/>
            <w:r w:rsidRPr="003C07B5">
              <w:rPr>
                <w:lang w:val="ru-RU"/>
              </w:rPr>
              <w:t>, ст. преподаватель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A4EF60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Анализ видового спектра возбудителей стафилококковых инфекций</w:t>
            </w:r>
          </w:p>
          <w:p w14:paraId="4C9A3CAD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78E1639E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61E074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EC8619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Контроль качества при производстве </w:t>
            </w:r>
            <w:proofErr w:type="spellStart"/>
            <w:r w:rsidRPr="003C07B5">
              <w:rPr>
                <w:lang w:val="ru-RU"/>
              </w:rPr>
              <w:t>ликероводочных</w:t>
            </w:r>
            <w:proofErr w:type="spellEnd"/>
            <w:r w:rsidRPr="003C07B5">
              <w:rPr>
                <w:lang w:val="ru-RU"/>
              </w:rPr>
              <w:t xml:space="preserve"> изделий на ОАО «Дятловский </w:t>
            </w:r>
            <w:proofErr w:type="spellStart"/>
            <w:r w:rsidRPr="003C07B5">
              <w:rPr>
                <w:lang w:val="ru-RU"/>
              </w:rPr>
              <w:t>ликероводочный</w:t>
            </w:r>
            <w:proofErr w:type="spellEnd"/>
            <w:r w:rsidRPr="003C07B5">
              <w:rPr>
                <w:lang w:val="ru-RU"/>
              </w:rPr>
              <w:t xml:space="preserve"> завод «</w:t>
            </w:r>
            <w:proofErr w:type="spellStart"/>
            <w:r w:rsidRPr="003C07B5">
              <w:rPr>
                <w:lang w:val="ru-RU"/>
              </w:rPr>
              <w:t>Алгонь</w:t>
            </w:r>
            <w:proofErr w:type="spellEnd"/>
            <w:r w:rsidRPr="003C07B5">
              <w:rPr>
                <w:lang w:val="ru-RU"/>
              </w:rPr>
              <w:t xml:space="preserve">»; Характеристика бактерий рода </w:t>
            </w:r>
            <w:r>
              <w:t>Staphylococcus</w:t>
            </w:r>
            <w:r w:rsidRPr="003C07B5">
              <w:rPr>
                <w:lang w:val="ru-RU"/>
              </w:rPr>
              <w:t xml:space="preserve"> как возбудителей инфекций человека</w:t>
            </w:r>
          </w:p>
        </w:tc>
      </w:tr>
      <w:tr w:rsidR="001A46D9" w:rsidRPr="003C07B5" w14:paraId="25AEDBD1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B78BDF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Комар Е.И., ст. преподаватель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7DE45F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Характеристика микробиоты сточных вод и методов их очистки</w:t>
            </w:r>
          </w:p>
        </w:tc>
      </w:tr>
      <w:tr w:rsidR="001A46D9" w:rsidRPr="003C07B5" w14:paraId="1A075806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33A975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Лысак </w:t>
            </w:r>
            <w:proofErr w:type="gramStart"/>
            <w:r w:rsidRPr="003C07B5">
              <w:rPr>
                <w:lang w:val="ru-RU"/>
              </w:rPr>
              <w:t>В.В.</w:t>
            </w:r>
            <w:proofErr w:type="gramEnd"/>
            <w:r w:rsidRPr="003C07B5">
              <w:rPr>
                <w:lang w:val="ru-RU"/>
              </w:rPr>
              <w:t>, к.б.н., профессор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FF0724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Методы идентификации </w:t>
            </w:r>
            <w:r>
              <w:t>Lactococcus</w:t>
            </w:r>
            <w:r w:rsidRPr="003C07B5">
              <w:rPr>
                <w:lang w:val="ru-RU"/>
              </w:rPr>
              <w:t xml:space="preserve"> </w:t>
            </w:r>
            <w:r>
              <w:t>lactis</w:t>
            </w:r>
            <w:r w:rsidRPr="003C07B5">
              <w:rPr>
                <w:lang w:val="ru-RU"/>
              </w:rPr>
              <w:t xml:space="preserve"> </w:t>
            </w:r>
            <w:proofErr w:type="spellStart"/>
            <w:r>
              <w:t>subsp</w:t>
            </w:r>
            <w:proofErr w:type="spellEnd"/>
            <w:r w:rsidRPr="003C07B5">
              <w:rPr>
                <w:lang w:val="ru-RU"/>
              </w:rPr>
              <w:t xml:space="preserve">. </w:t>
            </w:r>
            <w:proofErr w:type="spellStart"/>
            <w:r>
              <w:t>cremoris</w:t>
            </w:r>
            <w:proofErr w:type="spellEnd"/>
            <w:r w:rsidRPr="003C07B5">
              <w:rPr>
                <w:lang w:val="ru-RU"/>
              </w:rPr>
              <w:t xml:space="preserve"> в бактериальных заквасках, используемых при производстве молочных продуктов</w:t>
            </w:r>
          </w:p>
          <w:p w14:paraId="18F8C0C0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2B596D12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C8A297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1C3FB3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Выявляемость возбудителей воспалительных заболеваний половых органов у женщин в г. Гродно</w:t>
            </w:r>
          </w:p>
          <w:p w14:paraId="7A124E79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10BFA849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BA21C9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AED21F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Распространение заболеваний гриппом в Брестской области</w:t>
            </w:r>
          </w:p>
        </w:tc>
      </w:tr>
      <w:tr w:rsidR="001A46D9" w:rsidRPr="003C07B5" w14:paraId="52E5404C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A7B4C4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proofErr w:type="spellStart"/>
            <w:r w:rsidRPr="003C07B5">
              <w:rPr>
                <w:lang w:val="ru-RU"/>
              </w:rPr>
              <w:t>Мямин</w:t>
            </w:r>
            <w:proofErr w:type="spellEnd"/>
            <w:r w:rsidRPr="003C07B5">
              <w:rPr>
                <w:lang w:val="ru-RU"/>
              </w:rPr>
              <w:t xml:space="preserve"> В.Е., к.б.н.,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EE7767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Микробиологический контроль на фармакологическом унитарном предприятии «</w:t>
            </w:r>
            <w:proofErr w:type="spellStart"/>
            <w:r w:rsidRPr="003C07B5">
              <w:rPr>
                <w:lang w:val="ru-RU"/>
              </w:rPr>
              <w:t>Минскинтеркапс</w:t>
            </w:r>
            <w:proofErr w:type="spellEnd"/>
            <w:r w:rsidRPr="003C07B5">
              <w:rPr>
                <w:lang w:val="ru-RU"/>
              </w:rPr>
              <w:t>»</w:t>
            </w:r>
          </w:p>
          <w:p w14:paraId="73CE782D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3EF40822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E0774E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A88562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Диагностика бактерий рода </w:t>
            </w:r>
            <w:r>
              <w:t>Staphylococcus</w:t>
            </w:r>
            <w:r w:rsidRPr="003C07B5">
              <w:rPr>
                <w:lang w:val="ru-RU"/>
              </w:rPr>
              <w:t xml:space="preserve"> выявленных в ГУ «Оршанский зональный центр гигиены и эпидемиологии»</w:t>
            </w:r>
          </w:p>
          <w:p w14:paraId="214DC10E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22B91E25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E8D638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6F0254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Анализ </w:t>
            </w:r>
            <w:proofErr w:type="spellStart"/>
            <w:r w:rsidRPr="003C07B5">
              <w:rPr>
                <w:lang w:val="ru-RU"/>
              </w:rPr>
              <w:t>деионизированной</w:t>
            </w:r>
            <w:proofErr w:type="spellEnd"/>
            <w:r w:rsidRPr="003C07B5">
              <w:rPr>
                <w:lang w:val="ru-RU"/>
              </w:rPr>
              <w:t xml:space="preserve"> воды при производстве микроэлектроники на предприятии «ОАО Интеграл»</w:t>
            </w:r>
          </w:p>
        </w:tc>
      </w:tr>
      <w:tr w:rsidR="001A46D9" w:rsidRPr="003C07B5" w14:paraId="404C1654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C62BD0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proofErr w:type="spellStart"/>
            <w:r w:rsidRPr="003C07B5">
              <w:rPr>
                <w:lang w:val="ru-RU"/>
              </w:rPr>
              <w:t>Песнякевич</w:t>
            </w:r>
            <w:proofErr w:type="spellEnd"/>
            <w:r w:rsidRPr="003C07B5">
              <w:rPr>
                <w:lang w:val="ru-RU"/>
              </w:rPr>
              <w:t xml:space="preserve"> А.Г., к.б.н., </w:t>
            </w:r>
            <w:r w:rsidRPr="003C07B5">
              <w:rPr>
                <w:lang w:val="ru-RU"/>
              </w:rPr>
              <w:lastRenderedPageBreak/>
              <w:t>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C2B796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lastRenderedPageBreak/>
              <w:t xml:space="preserve">Альтернативы парабенам. Поиск природных консервантов </w:t>
            </w:r>
            <w:r w:rsidRPr="003C07B5">
              <w:rPr>
                <w:lang w:val="ru-RU"/>
              </w:rPr>
              <w:lastRenderedPageBreak/>
              <w:t>микробного происхождения</w:t>
            </w:r>
          </w:p>
          <w:p w14:paraId="778B9124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17A92BD9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015EEB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A3455F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Сравнительный анализ биоты кефира производства СОАО «Ляховичский молочный завод» на начальных и конечных этапах срока годности</w:t>
            </w:r>
          </w:p>
        </w:tc>
      </w:tr>
      <w:tr w:rsidR="001A46D9" w:rsidRPr="003C07B5" w14:paraId="604A1C86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03F19B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Пучкова </w:t>
            </w:r>
            <w:proofErr w:type="gramStart"/>
            <w:r w:rsidRPr="003C07B5">
              <w:rPr>
                <w:lang w:val="ru-RU"/>
              </w:rPr>
              <w:t>Т.А.</w:t>
            </w:r>
            <w:proofErr w:type="gramEnd"/>
            <w:r w:rsidRPr="003C07B5">
              <w:rPr>
                <w:lang w:val="ru-RU"/>
              </w:rPr>
              <w:t>, к.б.н., доцент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C7E05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Характеристика вирусов гепатита </w:t>
            </w:r>
            <w:r>
              <w:t>B</w:t>
            </w:r>
            <w:r w:rsidRPr="003C07B5">
              <w:rPr>
                <w:lang w:val="ru-RU"/>
              </w:rPr>
              <w:t xml:space="preserve">, </w:t>
            </w:r>
            <w:r>
              <w:t>C</w:t>
            </w:r>
            <w:r w:rsidRPr="003C07B5">
              <w:rPr>
                <w:lang w:val="ru-RU"/>
              </w:rPr>
              <w:t>, вируса иммунодефицита человека и использование иммуноферментного анализа для их диагностики</w:t>
            </w:r>
          </w:p>
          <w:p w14:paraId="4258B5FA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6DF0094D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351F51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43AF49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Микробиологический контроль при производстве мясной продукции</w:t>
            </w:r>
          </w:p>
          <w:p w14:paraId="0EFF29B7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50F5E825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A1B52D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B04FE5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Характеристика и методы диагностики бактерий </w:t>
            </w:r>
            <w:r>
              <w:t>Pseudomonas</w:t>
            </w:r>
            <w:r w:rsidRPr="003C07B5">
              <w:rPr>
                <w:lang w:val="ru-RU"/>
              </w:rPr>
              <w:t xml:space="preserve"> </w:t>
            </w:r>
            <w:r>
              <w:t>aeruginosa</w:t>
            </w:r>
          </w:p>
        </w:tc>
      </w:tr>
      <w:tr w:rsidR="001A46D9" w:rsidRPr="003C07B5" w14:paraId="1E471D22" w14:textId="77777777">
        <w:trPr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D7B91F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Шавель М.И., ст. преподаватель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DF5476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 xml:space="preserve">Характеристика бактерий рода </w:t>
            </w:r>
            <w:r>
              <w:t>Klebsiella</w:t>
            </w:r>
            <w:r w:rsidRPr="003C07B5">
              <w:rPr>
                <w:lang w:val="ru-RU"/>
              </w:rPr>
              <w:t xml:space="preserve"> как возбудителей инфекций человека и животных</w:t>
            </w:r>
          </w:p>
          <w:p w14:paraId="62E5A065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7A558BE0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355E0C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BDC291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Микробиологический контроль стерильности крови, лекарственных средств, воды, среды и персонала</w:t>
            </w:r>
          </w:p>
          <w:p w14:paraId="7F65AAC7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734432A1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E40CAE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EC342A" w14:textId="77777777" w:rsidR="001A46D9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Микробиологический контроль качества очистки сточных вод на нефтеперерабатывающем заводе</w:t>
            </w:r>
          </w:p>
          <w:p w14:paraId="4DC7563D" w14:textId="77777777" w:rsidR="003C07B5" w:rsidRPr="003C07B5" w:rsidRDefault="003C07B5">
            <w:pPr>
              <w:spacing w:after="0" w:line="240" w:lineRule="auto"/>
              <w:rPr>
                <w:lang w:val="ru-RU"/>
              </w:rPr>
            </w:pPr>
          </w:p>
        </w:tc>
      </w:tr>
      <w:tr w:rsidR="001A46D9" w:rsidRPr="003C07B5" w14:paraId="3D221E20" w14:textId="77777777">
        <w:trPr>
          <w:jc w:val="center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574DD7" w14:textId="77777777" w:rsidR="001A46D9" w:rsidRPr="003C07B5" w:rsidRDefault="001A46D9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51F49E" w14:textId="77777777" w:rsidR="001A46D9" w:rsidRPr="003C07B5" w:rsidRDefault="00000000">
            <w:pPr>
              <w:spacing w:after="0" w:line="240" w:lineRule="auto"/>
              <w:rPr>
                <w:lang w:val="ru-RU"/>
              </w:rPr>
            </w:pPr>
            <w:r w:rsidRPr="003C07B5">
              <w:rPr>
                <w:lang w:val="ru-RU"/>
              </w:rPr>
              <w:t>Микробиологический контроль качества при производстве лекарственных средств</w:t>
            </w:r>
          </w:p>
        </w:tc>
      </w:tr>
    </w:tbl>
    <w:p w14:paraId="60EA8B76" w14:textId="77777777" w:rsidR="0018349C" w:rsidRPr="003C07B5" w:rsidRDefault="0018349C">
      <w:pPr>
        <w:rPr>
          <w:lang w:val="ru-RU"/>
        </w:rPr>
      </w:pPr>
    </w:p>
    <w:sectPr w:rsidR="0018349C" w:rsidRPr="003C07B5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6934013">
    <w:abstractNumId w:val="8"/>
  </w:num>
  <w:num w:numId="2" w16cid:durableId="1345521636">
    <w:abstractNumId w:val="6"/>
  </w:num>
  <w:num w:numId="3" w16cid:durableId="1851404976">
    <w:abstractNumId w:val="5"/>
  </w:num>
  <w:num w:numId="4" w16cid:durableId="34620722">
    <w:abstractNumId w:val="4"/>
  </w:num>
  <w:num w:numId="5" w16cid:durableId="204804053">
    <w:abstractNumId w:val="7"/>
  </w:num>
  <w:num w:numId="6" w16cid:durableId="348146783">
    <w:abstractNumId w:val="3"/>
  </w:num>
  <w:num w:numId="7" w16cid:durableId="1667783780">
    <w:abstractNumId w:val="2"/>
  </w:num>
  <w:num w:numId="8" w16cid:durableId="1827359079">
    <w:abstractNumId w:val="1"/>
  </w:num>
  <w:num w:numId="9" w16cid:durableId="1964772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349C"/>
    <w:rsid w:val="001A46D9"/>
    <w:rsid w:val="0029639D"/>
    <w:rsid w:val="00326F90"/>
    <w:rsid w:val="003C07B5"/>
    <w:rsid w:val="00443CF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4D0BD9"/>
  <w14:defaultImageDpi w14:val="300"/>
  <w15:docId w15:val="{38ADC69B-6F82-2849-B7CE-E0BE530C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Евгений Ерохин</cp:lastModifiedBy>
  <cp:revision>2</cp:revision>
  <dcterms:created xsi:type="dcterms:W3CDTF">2013-12-23T23:15:00Z</dcterms:created>
  <dcterms:modified xsi:type="dcterms:W3CDTF">2026-06-14T18:50:00Z</dcterms:modified>
  <cp:category/>
</cp:coreProperties>
</file>