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sz w:val="26"/>
        </w:rPr>
        <w:t>Тематика курсовых работ на 2025/2026 уч.г.</w:t>
      </w:r>
    </w:p>
    <w:tbl>
      <w:tblPr>
        <w:tblStyle w:val="TableGrid"/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/>
        <w:tc>
          <w:tcPr>
            <w:tcW w:type="dxa" w:w="3572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066"/>
            <w:vAlign w:val="cente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Темы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Буга Сергей Владимирович, д.б.н., профессор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Фауна, биология и экология сосущих членистоногих различных систематических групп;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Структура сообществ энтомофагов тлей и других колониальных равнокрылых насекомых;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Использование компьютерных баз данных и иных информационных технологий в исследовании биоразнообразия животного мира Беларуси и сопредельных территорий;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4. Насекомые-фитофаги дикорастущих ягодников (черничников, голубичников) в условиях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5. Энтомокомплексы различных биотопов Национального парка «Нарочанский».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Сахвон Виталий Валерьевич, к.б.н.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Фауна, гнездовая биология и экология птиц в условиях естественных ландшафтов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Особенности биологии птиц, активно внедряющихся в урбанизированные ландшафты в условиях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Фауна, биология и экология ктырей (Diptera: Asilidae)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Мелешко Жюльетта Евгеньевна, к.б.н.,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Комплексы почвенных и напочвенных беспозвоночных, насекомые травостоя и древесного яруса различных биотопов охраняемых территорий Беларуси (Березинский биосферный заповедник, Национальный парк «Нарочанский» и др.);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Сравнительно-морфологические исследования жуков сем. Долгоносикообразные (Curculionoidea, сем. Chrysomelidae);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Жуки-фитофаги некоторых районов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4. Видовой состав бабочек городов, различных районов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5. Паразитарные заболевания у населения разных районов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6. Насекомые зеленых зон городов;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7. Полиморфизм морфологических структур насекомых;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8. Видовой состав пресноводных моллюсков различных районов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Круглова Оксана Юрьевна, к.б.н.,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Полиморфизм в популяциях инвазивного вида Harmonia axyridis (Coleoptera, Coccinellidae) из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Фенотипическая изменчивость в популяциях Hippodamia variegata (Goeze, 1777) и Adalia bipunctata (Linnaeus, 1758) (Coleoptera, Coccinellidae).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Динамика фенетической структуры популяции двуточечной коровки (Adalia bipunctata, Linnaeus, 1758) из г. Минска.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4. Соотношение видов в структуре сообществ кокцинеллид в условиях зеленых насаждений населенных пунктов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5. Комплекс энтомофагов и паразитов массовых видов жуков-листоедов подсемейства Chrysomelinae (Coleoptera, Chrysomelidae) – фитофагов ивовых (Salicaceae);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6. Фенотипическая структура популяций олёнки пятнистой (Oxythyrea funesta Pode von Neuhaus, 1761) в условиях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7. Фенетическая структура популяции лапландского листоеда (Chrysomela lapponica Linne) (Coleoptera: Chrysomelidae) Березинского биосферного заповедника;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8. Динамика фенетической структуры популяций тополевого листоеда Chrysomela populi L.;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9. Фенотипическая структура популяций Cepaea nemoralis (L.) из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10. Изменчивость конхиометрических параметров в популяциях Cepaea nemoralis (L.) из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11. Полиморфизм окраски раковины в отдельных популяциях Cepaea hortensis (O.F. Muller, 1774) (Gastropoda: Pulmonata: Helicidae) из Минской области.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12. Экология Argiope bruennichi (Arachnidae; Aranei; Araneidae) и структура его популяции из Минского района (консультант);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13. Анализ распространения иксодовых клещей и клещевых инфекций (клещевого энцефалита и Лайм-боррелиоза) 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14. Основные гельминтозы населения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15. Эктопаразитарные заболевания (педикулез и чесотка) населения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Хвир Виктор Иванович, к.б.н.,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Фауна, экология и систематика жалоносных перепончатокрылых насекомых (Hymenoptera: Aculeata)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Инвазивные виды жалоносных перепончатокрылых в Европе и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Особенности опыления охраняемых и интродуцированных растений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4. Пчелиные (Apoidea) – опылители растений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5. Методы определения эффективности опыления хозяйственно значимых растений насекомыми.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6. Инстинктивное и социальное поведение животных;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7. Инновационные и эффективные методики преподавания биологии в профильных классах с углубленным изучением биологии.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Сауткин Федор Викторович, к.б.н.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Использование компьютерных баз данных и иных информационных технологий в исследовании биоразнообразия животного мира Беларуси и сопредельных территорий;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Дендробионтные филлофаги-минеры, тератформирующие членистоногие, членистоногие фитофаги-эндобионты зеленых насаждений населенных пунктов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4. Открытоживущие фитофаги – вредители древесно-кустарниковых растений уличных насаждений населенных пунктов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5. Членистоногие фитофаги – вредители древесных растений адвентивной фракции дендрофлоры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6. Чужеродные инвазивные членистоногие-фитофаги, повреждающие декоративные растения в условиях зеленых насаждений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Рогинский Алексей Сергеевич, к.б.н.,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Поврежденность каштана конского обыкновенного каштановой минирующей молью (Cameraria ohridella Deschka &amp; Dimič, 1986) в условиях зеленых насаждений г. Минска;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Биология каштановой минирующей моли (Cameraria ohridella) в условиях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Фауна комаров-галлиц подсем. Cecidomyiinae (Diptera: Cecidomyiidae)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Гайдученко Елена Сергеевна, к.б.н., доцент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Особенности биологии и распространения карася серебряного в водных объектах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Генетическое разнообразие и место в общей филогеографической структуре угря европейского (Anguilla anguilla, Linnaeus, 1758), обитающего на территории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Морфометрическая характеристика сомика американского (Ameiurus nebulosis) – инвазивного вида на территории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4. Щиповки рода Cobitis: биология и распространение в водных объектах Беларуси;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5. Филогенетические связи и генетический полиморфизм обыкновенной плотвы (Rutilus rutilus) в водных объектах Беларуси.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6. Ротан-головешка: биология и распространение в водоемах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Лазаренко Марина Владимировна, старший преподаватель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Фауна и экология минирующих мух сем. Agromizidae;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Оценка поврежденности листовых пластинок декоративных древесно-кустарниковых растений личинками минирующих мух сем. Agromizidae;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 Фауна и экология журчалок (Diptera: Syrphidae) отдельных регионов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Коротеева Дарья Олеговна, старший преподаватель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Осообразные (Hymenoptera, Apocrita, Aculeata) – посетители цветковых энтомофильных растений;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Жалоносные перепончатокрылые (Aculeata) - опылители цветковых энтомофильных растений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Федоринчик Карина Артемовна, старший преподаватель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Структура ассамблей гнездящихся птиц зеленых древесных насаждений в условиях урбанизированных ландшафтов Беларуси.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 Особенности биологии и экологии различных видов птиц в условиях урбанизированных ландшафтов Беларуси.</w:t>
            </w:r>
          </w:p>
        </w:tc>
      </w:tr>
      <w:tr>
        <w:tc>
          <w:tcPr>
            <w:tcW w:type="dxa" w:w="3572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Яковчик Федор Геннадьевич, ассистент</w:t>
            </w:r>
          </w:p>
        </w:tc>
        <w:tc>
          <w:tcPr>
            <w:tcW w:type="dxa" w:w="6066"/>
            <w:vAlign w:val="top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 Вредители сельскохозяйственных культур и декоративных растений в условиях Беларуси.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