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left"/>
      </w:pPr>
      <w:r>
        <w:rPr>
          <w:rFonts w:ascii="Times New Roman" w:hAnsi="Times New Roman" w:eastAsia="Times New Roman" w:cs="Times New Roman"/>
          <w:b w:val="0"/>
          <w:sz w:val="26"/>
        </w:rPr>
        <w:t>Тематика курсовых работ на 2025/2026 уч.г.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  <w:tblLayout w:type="fixed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5046"/>
        <w:gridCol w:w="5046"/>
      </w:tblGrid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ФИО научного руководителя, ученая степень, звание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Темы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Гричик В.В., д.б.н., профессор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Особенности суточной активности и поведения крупных млекопитающих и птиц (по данным видеосъемки)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Структура и динамика сообществ мелких млекопитающих в различных типах экосистем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Динамика экосистем вторично заболоченных торфоразработок в процессе их ренатурализации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Техногенная гибель птиц и млекопитающих (автомобильные трассы, вышки мобильной связи и др.)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Экологические преференции близких видов семейства Soricidae (Землеройковые)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Куликов Я.К., д.б.н., доцент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Экологические особенности трансформации микрофлоры торфяной почвы в условиях ее окультуривания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Дендро-экологический анализ растений в судебно-экспертных исследованиях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Экологическое состояние почвенных и водных ресурсов в Солигорском горнопромышленном районе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Разработка методики по эколого-ботаническому исследованию древесины и древесных материалов на основе спектроскопии с использованием хемометрических алгоритмов анализа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Эколого-биохимические особенности накопления тяжелых металлов в городских почвах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Почвенно-микробиологические особенности Березинского биосферного заповедника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Экологическое состояние сельскохозяйственных земель Минского района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Воронова-Барте Н.В., к.б.н., доцент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Трансформация ксенобиотиков в организме тлей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Структура ABC-транспортеров группы MRP и устойчивость к инсектицидам у тлей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Система детоксикации вторичных метаболитов растений у насекомых-вредителей и важнейших опылителей цветковых растений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Ассоциация с разными кормовыми растениями и морфофизиологическая изменчивость у тлей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Разнообразие тканевого и кишечного микробиома у тлей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Эволюция генов системы детоксикации у тлей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Механизмы развития устойчивости к инсектицидам у тлей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Коэволюция тлей и их бактериальных симбионтов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Некодирующие области в митохондриальных геномах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Молекулярные аспекты детоксикации ксенобиотиков у тлей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Головач Т.Н., к.б.н., доцент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Получение инкапсулированных пептидов молока с улучшенными органолептическими свойствами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Микрокапсулированные молочнокислые бактерии с повышенной устойчивостью к неблагоприятным факторам окружающей среды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Изучение параметров термической денатурации сывороточных белков молока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Биологически активные комплексы сывороточных белков молока с фенилпропаноидными соединениями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Характеристика экстрактов растительного сырья как компонента функциональных продуктов питания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Куликова Е.Я., к.б.н., доцент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Экологические особенности формирования природной растительности урбанизированных территорий Беларуси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Эколого-фитоценотическая структура и современное состояние луговой растительности Беларуси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Экологические особенности формирования рудеральной растительности в условиях городского ландшафта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Динамика растительности и свойств почв залежных экосистем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Эколого-фитоценотическая активность инвазионных видов растений в луговых фитоценозах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Особенности флористического состава и структуры луговых сообществ поймы р. Неман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Фитоценотическое разнообразие растительности залежей с доминированием травянистых растений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Макаревич Т.А., к.б.н., доцент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Сравнительная оценка метаболической поверхности макрофитов разных экологических групп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Водоросли болот: видовой состав, экология, таксономическая структура сообществ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Фитопланктон как структурно-функциональный элемент речных экосистем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Фитопланктон разнотипных озер Национального парка «Нарочанский»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Фитоперифитон в системе биоиндикации качества поверхностных вод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Цианобактерии (синезеленые водоросли) как возбудители «цветения» озер и водохранилищ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Особенности таксономического состава и структуры сообществ фитопланктона дистрофных озер (собственные исследования будут проводиться на дистрофных озерах Национального парка «Нарочанский»)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Сезонная динамика доминирующего комплекса фитопланктона в прудовых экосистемах (объектом собственных исследований могут быть любые типы прудов)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Биоиндикация экологического состояния водных объектов (объектом собственных исследований будет Слепянская водная система города Минска)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Особенности таксономической структуры фитоперифитона в озерах с низким уровнем минерализации (объектом собственных исследований будет оз. Белое, Национальный парк «Нарочанский»)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Нестерова О.Л., к.б.н., доцент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Фауна и экология сообществ беспозвоночных водных и наземных биотопов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Фенетические исследования различных популяций насекомых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Формирование энтомофауны в антропогенно трансформированных биотопах городских газонов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Эколого-фаунистическая характеристика жуков-листоедов (Coleoptera, Chrysomelidae) различных биотопов Беларуси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Эколого-фаунистическая характеристика наземных насекомых-фитофагов в лесных биотопах особо охраняемых природных территорий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Исследование фауны и экологии почвенных беспозвоночных как индикаторов состояния и качества почв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Насекомые-фитофаги – обитатели древесно-кустарникового яруса лесов Беларуси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Особенности формирования энтомофауны городских газонов разного типа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Гаевский Е.Е., ст. преподаватель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Экологическая оценка растительности и почв в зонах размещения твердых бытовых отходов в условиях г. Минска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Особенности флористического состава почвенных водорослей вдоль транспортных магистралей г. Минска и его окрестностей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Лишайники как индикаторы загрязнения атмосферного воздуха в городах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Биоиндикация загрязнения атмосферного воздуха городов при помощи высших растений (асимметрия листовой пластинки березы и липы)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Антропогенное воздействие (солевое загрязнение) на развитие почвенных водорослей и цианобактерий (синезеленых водорослей) (на примере Солигорского горнопромышленного района)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Влияние «зеленых» удобрений (растительные вытяжки) на развитие и урожайность овощных культур в условиях лабораторного и полевого опыта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Структура почвенной микробиоты и ее особенности в условиях городской среды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Макрофиты как важный структурно-функциональный элемент пресноводных экосистем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Экологические особенности рудеральной растительности железных дорог на территории Беларуси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Почвенные водоросли луговых фитоценозов г. Минска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Альгофлора газонов г. Минска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Влияние различных методов обучения на степень усвоения материала предмета биологии различными типами темперамента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Использование личностно-ориентированных технологий на уроках биологии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Игровые технологии на уроках биологии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Левыкина С.С., ст. преподаватель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Молекулярная филогения полужесткокрылых насекомых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Митохондриальные геномы полужесткокрылых насекомых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Структура геномов ABC-транспортеров в геномах тлей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Карбоксилэстеразы в геномах насекомых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Минец М.Л., ст. преподаватель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Влияние экологических факторов на размерные признаки жужелиц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Особенности населения жужелиц парковых зон Беларуси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Жуки-жужелицы (Coleoptera, Carabidae) в условиях антропогенной трансформации ландшафтов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Жужелицы (Coleoptera, Carabidae) особо охраняемых природных территорий Беларуси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Многолетняя динамика населения жужелиц памятника природы «Дубрава»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Мелкие млекопитающие особо охраняемых природных территорий Беларуси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Роль проектной деятельности в формировании экологической грамотности старшеклассников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Влияние урбанизации на размерные признаки жужелиц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Морфологические аномалии жужелиц (Coleoptera, Carabidae)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Фенетические исследования различных популяций жужелиц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Суточная активность жужелиц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Особенности сообществ мелких млекопитающих урбанизированных местообитаний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 xml:space="preserve"> 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«Нестандартные» уроки биологии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