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rFonts w:ascii="Times New Roman" w:hAnsi="Times New Roman" w:eastAsia="Times New Roman"/>
          <w:b w:val="0"/>
          <w:sz w:val="28"/>
        </w:rPr>
        <w:t>Тематика магистерских работ на 2025/2026 уч.г.</w:t>
      </w:r>
    </w:p>
    <w:tbl>
      <w:tblPr>
        <w:tblStyle w:val="TableGrid"/>
        <w:tblW w:type="dxa" w:w="962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4810"/>
        <w:gridCol w:w="4810"/>
      </w:tblGrid>
      <w:tr>
        <w:tc>
          <w:tcPr>
            <w:tcW w:type="dxa" w:w="4810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ФИО научного руководителя, ученая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степень, звание</w:t>
            </w:r>
          </w:p>
        </w:tc>
        <w:tc>
          <w:tcPr>
            <w:tcW w:type="dxa" w:w="4810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Темы</w:t>
            </w:r>
          </w:p>
        </w:tc>
      </w:tr>
      <w:tr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Гринев Василий Викторович, доцент, к.б.н.</w:t>
            </w:r>
          </w:p>
        </w:tc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Идентификация событий транс-сплайсинга в транскриптоме клеток человека.</w:t>
            </w:r>
          </w:p>
        </w:tc>
      </w:tr>
      <w:tr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Романовская Татьяна Владимировна, доцент, к.б.н.</w:t>
            </w:r>
          </w:p>
        </w:tc>
        <w:tc>
          <w:tcPr>
            <w:tcW w:type="dxa" w:w="4810"/>
            <w:vAlign w:val="top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Исследование особенностей альтернативного сплайсинга в клетках ОМЛ человека с использованием технологии геномного редактирования CRISPR/Cas9.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