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 w:line="240" w:lineRule="auto"/>
        <w:jc w:val="center"/>
      </w:pPr>
      <w:r>
        <w:rPr>
          <w:rFonts w:ascii="Times New Roman" w:hAnsi="Times New Roman" w:eastAsia="Times New Roman"/>
          <w:sz w:val="24"/>
        </w:rPr>
        <w:t>Тематика магистерских работ на 2025/2026 уч.г.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35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ФИО научного руководителя, ученая степень, звание</w:t>
            </w:r>
          </w:p>
        </w:tc>
        <w:tc>
          <w:tcPr>
            <w:tcW w:type="dxa" w:w="669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Темы</w:t>
            </w:r>
          </w:p>
        </w:tc>
      </w:tr>
      <w:tr>
        <w:trPr>
          <w:trHeight/>
        </w:trPr>
        <w:tc>
          <w:tcPr>
            <w:tcW w:type="dxa" w:w="35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Воронова-Барте Н.В., к.б.н., доцент</w:t>
            </w:r>
          </w:p>
        </w:tc>
        <w:tc>
          <w:tcPr>
            <w:tcW w:type="dxa" w:w="669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Молекулярная структура генов и пространственная структура белков CYP4 и CYP6 тлей Myzus persicae фауны Беларуси</w:t>
            </w:r>
            <w:r>
              <w:rPr>
                <w:rFonts w:ascii="Times New Roman" w:hAnsi="Times New Roman" w:eastAsia="Times New Roman"/>
                <w:sz w:val="24"/>
              </w:rP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 xml:space="preserve"> </w:t>
            </w:r>
            <w:r>
              <w:rPr>
                <w:rFonts w:ascii="Times New Roman" w:hAnsi="Times New Roman" w:eastAsia="Times New Roman"/>
                <w:sz w:val="24"/>
              </w:rP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Сравнительный анализ пространственной молекулярной структуры белков подсемейства CYP3 у тлей адаптированных и неадаптированных к питанию на растениях богатых алкалоидами на примере Macrosiphum albifrons и Macrosiphum rosae</w:t>
            </w:r>
          </w:p>
        </w:tc>
      </w:tr>
      <w:tr>
        <w:trPr>
          <w:trHeight/>
        </w:trPr>
        <w:tc>
          <w:tcPr>
            <w:tcW w:type="dxa" w:w="35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Куликова Е.Я., доцент, к.б.н.</w:t>
            </w:r>
          </w:p>
        </w:tc>
        <w:tc>
          <w:tcPr>
            <w:tcW w:type="dxa" w:w="669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Флористический состав и структура внепойменных лугов Брестской области</w:t>
            </w:r>
          </w:p>
        </w:tc>
      </w:tr>
      <w:tr>
        <w:trPr>
          <w:trHeight/>
        </w:trPr>
        <w:tc>
          <w:tcPr>
            <w:tcW w:type="dxa" w:w="35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Нестерова О.Л., к.б.н., доцент</w:t>
            </w:r>
          </w:p>
        </w:tc>
        <w:tc>
          <w:tcPr>
            <w:tcW w:type="dxa" w:w="669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Генетические основы устойчивости жука Leptinotarsa decemlineata (Coleoptera, Chrysomelidae) к инсектицидам</w:t>
            </w:r>
          </w:p>
        </w:tc>
      </w:tr>
    </w:tbl>
    <w:sectPr w:rsidR="00FC693F" w:rsidRPr="0006063C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