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 w:before="0"/>
        <w:jc w:val="left"/>
      </w:pPr>
      <w:r/>
      <w:r>
        <w:rPr>
          <w:rFonts w:ascii="Times New Roman" w:hAnsi="Times New Roman" w:eastAsia="Times New Roman" w:cs="Times New Roman"/>
          <w:b w:val="0"/>
          <w:sz w:val="26"/>
        </w:rPr>
        <w:t>Тематика магистерских работ на 2025/2026 уч.г.</w:t>
      </w:r>
    </w:p>
    <w:tbl>
      <w:tblPr>
        <w:tblW w:type="dxa" w:w="10120"/>
        <w:jc w:val="left"/>
        <w:tblLayout w:type="fixed"/>
        <w:tblLook w:firstColumn="1" w:firstRow="1" w:lastColumn="0" w:lastRow="0" w:noHBand="0" w:noVBand="1" w:val="04A0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</w:tblPr>
      <w:tblGrid>
        <w:gridCol w:w="5046"/>
        <w:gridCol w:w="5046"/>
      </w:tblGrid>
      <w:tr>
        <w:tc>
          <w:tcPr>
            <w:tcW w:type="dxa" w:w="3487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ФИО научного руководителя, ученая степень, звание</w:t>
            </w:r>
          </w:p>
        </w:tc>
        <w:tc>
          <w:tcPr>
            <w:tcW w:type="dxa" w:w="6633"/>
            <w:vAlign w:val="top"/>
            <w:tcMar>
              <w:top w:w="0" w:type="dxa"/>
              <w:start w:w="108" w:type="dxa"/>
              <w:bottom w:w="0" w:type="dxa"/>
              <w:end w:w="108" w:type="dxa"/>
            </w:tcMar>
            <w:tcBorders>
              <w:top w:sz="6" w:val="single" w:color="000000" w:space="0"/>
              <w:left w:sz="6" w:val="single" w:color="000000" w:space="0"/>
              <w:bottom w:sz="6" w:val="single" w:color="000000" w:space="0"/>
              <w:right w:sz="6" w:val="single" w:color="000000" w:space="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Темы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Николайчик Е.А., зав. кафедрой, доцент, к.б.н.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Анализ геномов диких видов картофеля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Распознавание сигналов контроля транскрипции с помощью алгоритмов машинного обучения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Зависимая от абсцизовой кислоты сигнализация у растений семейства Пасленовые</w:t>
            </w:r>
          </w:p>
        </w:tc>
      </w:tr>
      <w:tr>
        <w:tc>
          <w:tcPr>
            <w:tcW w:type="dxa" w:w="3487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Евтушенков А.Н., профессор, д.б.н.</w:t>
            </w:r>
          </w:p>
        </w:tc>
        <w:tc>
          <w:tcPr>
            <w:tcW w:type="dxa" w:w="6633"/>
            <w:tcMar>
              <w:top w:w="0" w:type="dxa"/>
              <w:start w:w="108" w:type="dxa"/>
              <w:bottom w:w="0" w:type="dxa"/>
              <w:end w:w="108" w:type="dxa"/>
            </w:tcMar>
            <w:vAlign w:val="top"/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Транскрипционные регуляторы семейства MarR</w:t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</w:r>
          </w:p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sz w:val="26"/>
              </w:rPr>
              <w:t>Метилирование ДНК растений</w:t>
            </w:r>
          </w:p>
        </w:tc>
      </w:tr>
    </w:tbl>
    <w:sectPr w:rsidR="00FC693F" w:rsidRPr="0006063C" w:rsidSect="00034616">
      <w:pgSz w:w="11906" w:h="16838"/>
      <w:pgMar w:top="1134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